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Vordach aus Holz: Wandaufbau und Befestigungspunkte vor der Montage prüfen · Arbeitsblatt mit Checkliste</w:t>
      </w:r>
    </w:p>
    <w:p>
      <w:r>
        <w:t>Für die praktische Planung: Ein Vordach aus Holz ist nur so stabil wie seine Verankerung am Gebäude. Bevor die ersten Teile montiert werden, lohnt sich ein genauer Blick auf den Wandaufbau – denn was von außen nicht sichtbar ist, kann die Befestigung erheblich beeinflussen. Die richtige Vorbereitung spart nicht nur Zeit, sondern sorgt dafür, dass Anschlusspunkte, Lastpfade und Detaillösungen von Anfang an stimmen.</w:t>
      </w:r>
    </w:p>
    <w:p>
      <w:pPr>
        <w:pStyle w:val="Heading1"/>
      </w:pPr>
      <w:r>
        <w:t>Warum der Wandaufbau vor der Planung geprüft werden sollte</w:t>
      </w:r>
    </w:p>
    <w:p>
      <w:r>
        <w:t>Die Fassade eines Hauses besteht aus mehreren Schichten, die jeweils unterschiedliche Aufgaben übernehmen. Zwischen Außenbekleidung und tragender Wand liegen oft Dämmebenen, luftdichte Schichten und Unterkonstruktionen. Für die Befestigung eines Holzvordachs ist entscheidend, welche dieser Schichten durchbohrt werden müssen und wie die Lasten weitergeleitet werden. Eine Bestandsaufnahme vor der Planung klärt, ob die vorhandene Bausubstanz eine wandgebundene Lösung trägt oder ob eine eigene Stützenkonstruktion mit separater Gründung notwendig wird. So lassen sich böse Überraschungen während der Montage vermeiden und die Planung von Beginn an auf belastbare Grundlagen stellen.</w:t>
      </w:r>
    </w:p>
    <w:p>
      <w:pPr>
        <w:pStyle w:val="Heading1"/>
      </w:pPr>
      <w:r>
        <w:t>Tragfähige Wand, Bekleidung und Dämmung richtig einschätzen</w:t>
      </w:r>
    </w:p>
    <w:p>
      <w:r>
        <w:t>Der Wandaufbau beginnt mit der tragenden Wand aus Mauerwerk, Beton oder einer Holzkonstruktion. Darauf folgen häufig eine Installationsebene, eine Dämmebene und die äußere Bekleidung wie Putz, Holzfassade oder vorgehängte Platten. Jede dieser Schichten verändert den tatsächlichen Abstand zwischen Oberfläche und tragendem Untergrund. Für die Wahl der Befestigungsmittel ist das entscheidend: Schwerlastdübel, Ankerplatten oder Konsolen müssen die Lasten sicher in die tragende Wand einleiten. Gleichzeitig muss die Dämmung so angeschlossen werden, dass keine Wärmebrücken oder Feuchtigkeitsschäden entstehen. Werden diese Zusammenhänge frühzeitig erkannt, können Details wie Wandanschlussprofile oder Anschlussbleche passend zum vorhandenen Aufbau geplant werden.</w:t>
      </w:r>
    </w:p>
    <w:p>
      <w:pPr>
        <w:pStyle w:val="Heading1"/>
      </w:pPr>
      <w:r>
        <w:t>Anschlussbereiche und bestehende Installationen beachten</w:t>
      </w:r>
    </w:p>
    <w:p>
      <w:r>
        <w:t>Vor der Montage eines Holzvordachs sollten angrenzende Bauteile dokumentiert werden. Fensterbänke, Rolllädenkästen, Türrahmen oder Sockelabschlüsse grenzen den verfügbaren Raum ein und beeinflussen die Höhe und Ausladung des Vordachs. Regenfallrohre, Elektroleitungen, Hausnummern oder Beleuchtungselemente können den geplanten Befestigungspunkt blockieren. Auch die Position vorhandener Rollläden oder Markisen muss berücksichtigt werden, damit das Vordach nicht in deren Bewegungsbereich ragt. Eine sorgfältige Bestandsaufnahme aller sichtbaren und bekannten Installationen im Bereich des Eingangs schafft Klarheit und erleichtert die Abstimmung mit der Planung.</w:t>
      </w:r>
    </w:p>
    <w:p>
      <w:pPr>
        <w:pStyle w:val="Heading1"/>
      </w:pPr>
      <w:r>
        <w:t>Dokumentation und Unterlagen für die Anfrage zusammenstellen</w:t>
      </w:r>
    </w:p>
    <w:p>
      <w:r>
        <w:t>Für eine aussagekräftige Anfrage oder Bestellung helfen konkrete Unterlagen. Fotos der Fassade in voller Höhe, Maße der Türöffnung und der gewünschten Vordachausladung geben dem Planer oder Handwerker eine Arbeitsgrundlage. Angaben zur Bekleidungsart, zum Alter des Gebäudes und zu früheren Umbauten liefern Hinweise auf mögliche Besonderheiten im Wandaufbau. Wenn vorhanden, können Grundrisse, Ansichten oderubauezeichnungen die Planung ergänzen. Das gilt besonders bei älteren Gebäuden, bei denen der tatsächliche Aufbau der Wände nicht immer der ursprünglichen Planung entspricht. Mit diesen Informationen lassen sich Angebote besser vergleichen und Leistungen wie Anschlussdetails oder Zusatzarbeiten gezielt benennen.</w:t>
      </w:r>
    </w:p>
    <w:p>
      <w:pPr>
        <w:pStyle w:val="Heading1"/>
      </w:pPr>
      <w:r>
        <w:t>Was die Bestandsaufnahme für die Planung klärt</w:t>
      </w:r>
    </w:p>
    <w:p>
      <w:r>
        <w:t>Aus der Prüfung des Wandaufbaus ergeben sich drei zentrale Fragen: Ist eine wandgebundene Befestigung möglich, oder wird eine eigene Stützenkonstruktion mit Gründung benötigt? Welcher Detailaufwand ist am Wandanschluss nötig, um Dämmung, Luftdichtheit und Wasserführung korrekt auszuführen? Und in welchem Umfang sind Vorarbeiten erforderlich – reicht eine Sichtprüfung, oder müssen Bekleidungsteile geöffnet werden? Wer diese Fragen vor der Anfrage klärt, kann den Umfang der Leistungen realistisch einschätzen und erhält vergleichbare Angebote, in denen Befestigungsplanung, Anschlussdetails und eventuelle Zusatzarbeiten transparent aufgeschlüsselt sind.</w:t>
      </w:r>
    </w:p>
    <w:p>
      <w:pPr>
        <w:pStyle w:val="Heading1"/>
      </w:pPr>
      <w:r>
        <w:t>Weitere Dokumente zum Thema</w:t>
      </w:r>
    </w:p>
    <w:p>
      <w:hyperlink r:id="rId9">
        <w:r>
          <w:rPr>
            <w:color w:val="087E75"/>
          </w:rPr>
          <w:t>Vordach aus Holz: Wandaufbau und Befestigungspunkte vor der Montage prüfen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duesseldorf.pages.dev/vordach-holz-wandaufbau-befestigung-pruefen/" TargetMode="External"/><Relationship Id="rId10" Type="http://schemas.openxmlformats.org/officeDocument/2006/relationships/hyperlink" Target="https://holzwerkduesseldorf.pages.dev/dateien/minimax-50c5376eba10dd097dd2287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